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arbitration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ноября 2009 года</w:t>
      </w:r>
    </w:p>
    <w:p>
      <w:pPr>
        <w:spacing w:before="200" w:after="300"/>
        <w:pBdr>
          <w:bottom w:val="single" w:sz="6" w:space="1" w:color="000000"/>
        </w:pBdr>
      </w:pP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Волгоградской области от 25.11.2009 по делу № А12-16306/2009, постановление Двенадцатого арбитражного апелляционного суда от 04.02.2010 и постановление Федерального арбитражного суда Поволжского округа от 30.04.2010 по тому же делу в части признания недействительным решения Межрайонной инспекции Федеральной налоговой службы № 8 по Волгоградской области от 19.06.2009 № 102 о взыскании с открытого акционерного общества «Жутовский элеватор» 140 810 рублей единого социального налога, 75 821 рубля страховых взносов на обязательное пенсионное страхование, 57 004 рублей пеней за нарушение сроков уплаты единого социального налога и страховых взносов на обязательное пенсионное страхование отменить. Дело в указанной части передать на новое рассмотрение в Арбитражный суд Волгоградской области. В остальной части названные судебные акты оставить без изменения. Председательствующий В.Н. Исайчев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