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26.10.2009 по делу № А40-101647/09-119-757, постановление Девятого арбитражного 8 апелляционного суда от 25.01.2010 и постановление Федерального арбитражного суда Московского округа от 30.04.2010 по тому же делу отменить. Признать незаконными действия государственного учреждения – Московского регионального отделения Фонда социального страхования Российской Федерации по непризнанию несчастного случая на производстве, происшедшего с работником Центрального хранилища Банка России Князевым И.С., страховым.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