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Ульяновской области от 03.12.2009 по делу № А72-7547/2008-13/398 и постановление Федерального арбитражного суда Поволжского округа от 01.04.2010 по тому же делу оставить без изменения. Заявление Инспекции Федеральной налоговой службы по Ленинскому району города Ульяновска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