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Заявления администрации Балаковского муниципального района Саратовской области, Комитета финансов администрации Балаковского муниципального района Саратовской области, администрации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15.04.2010 по делу № А57-6986/2009 Арбитражного суда Саратовской области отменить. Постановление Двенадцатого арбитражного апелляционного суда от 26.01.2010 по тому же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