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Карелия от 28.12.2009 по делу № А26-9658/2009, постановление Тринадцатого арбитражного апелляционного суда от 22.03.2010 и постановление Федерального арбитражного суда Северо-Западного округа от 22.06.2010 по тому же делу отменить. Дело направить на новое рассмотрение в Арбитражный суд Республики Карелия.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