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Северо-Западного округа от 04.05.2010 по делу № А42-6208/2008 Арбитражного суда Мурманской области отменить. Определение Арбитражного суда Мурманской области от 24.02.2010 по указанному делу оставить без изменения.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