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Санкт-Петербурга и Ленинградской области от 11.12.2009 по делу № А56-63115/2009 и постановление Федерального арбитражного суда Северо-Западного округа от 09.02.2010 по тому же делу отменить. Производство по делу № А56-63115/2009 Арбитражного суда города Санкт-Петербурга и Ленинградской области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