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08.09.2009 и постановление Федерального арбитражного суда Северо- Западного округа от 04.12.2009 по делу № А21-3969/2008 Арбитражного суда Калининградской области отменить. Дело направить на рассмотрение в Тринадцатый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