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31.08.2009 по делу № А40-93571/09-149-596 и постановление Федерального арбитражного 6 суда Московского округа от 13.01.2010 по тому же делу отменить. Требование общества с ограниченной ответственностью «Алвеста» удовлетворить. Признать незаконными действия Отделения по Северо-Восточному административному округу Управления Федерального казначейства по городу Москве по возврату без исполнения исполнительного листа № 638173, выданного Арбитражным судом города Москвы по делу № А40-20316/07-115-137, проверенные на соответствие Бюджетному кодексу Российской Федерации. Обязать Отделение по Северо-Восточному административному округу Управления Федерального казначейства по городу Москве устранить допущенные нарушения прав и законных интересов общества с ограниченной ответственностью «Алвеста» в течение 45 дней с даты подписания постановления Президиума.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