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Смоленской области от 24.11.2008 по делу № А62-5280/2008 и постановление Федерального арбитражного суда Центрального округа от 06.08.2009 по тому же делу отменить. Дело направить на новое рассмотрение в Арбитражный суд Смоленской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