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2009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Саратовской области от 10.08.2009 по делу № А57-11519/2009 и постановление Федерального арбитражного суда Поволжского округа от 18.11.2009 по тому же делу оставить без изменения. Заявление Инспекции Федеральной налоговой службы по Октябрьскому району города Саратова оставить без удовлетворения. Председательствующий А.А. Иванов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