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09.11.2009 по делу № А73-6309/2009 Арбитражного суда Хабаровского края отменить. 6 Решение Арбитражного суда Хабаровского края от 27.07.2009 по данному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