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15.12.2009 по делу № А61-1539/09 Арбитражного суда Республики Северная Осетия-Алания отменить. Решение Арбитражного суда Республики Северная Осетия-Алания от 04.09.2009 по тому же делу в части обращения взыскания на иное имущество федерального государственного унитарного предприятия «Алагирский завод сопротивлений» отменить. В остальной части названное решение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