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05.11.2009 по делу № А61-1541/09 Арбитражного суда Республики Северная Осетия-Алания отменить. Решение Арбитражного суда Республики Северная Осетия-Алания от 04.09.2009 по тому же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