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26.01.2009 по делу № А75-8101/2008, постановление Восьмого арбитражного апелляционного суда от 15.05.2009 и постановление Федерального арбитражного суда Западно-Сибирского 6 округа от 27.11.2009 по тому же делу в части отказа в возврате земельного участка площадью 32 кв. метра отменить. Дело в отмененной части передать на новое рассмотрение в Арбитражный суд Ханты-Мансийского автономного округа – Югры.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