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Ямало-Ненецкого автономного округа от 10.09.2009 по делу № А81-4139/2009 и постановление Федерального арбитражного суда Западно-Сибирского округа от 23.11.2009 по тому же делу отменить. Заявление общества с ограниченной ответственностью “Нефтегазтехнология” о выдаче исполнительного листа удовлетворить. Арбитражному суду Ямало-Ненецкого автономного округа выдать обществу с ограниченной ответственностью “Нефтегазтехнология” исполнительный лист на принудительное исполнение решения 8 Третейского суда при Торгово-промышленной палате Московской области от 11.07.2009 по делу № 01139.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