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надзорное производство по заявлению открытого акционерного общества «Автодизель» (Ярославский моторный завод) о пересмотре в порядке надзора судебного акта по делу № А56-22782/2008 Арбитражного суда города Санкт-Петербурга и Ленинградской области прекратить.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