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13.01.2009 по делу № А57-1580/08-42, постановление Двенадцатого арбитражного апелляционного суда от 25.03.2009 и постановление Федерального 8 арбитражного суда Поволжского округа от 02.07.2009 по тому же делу отменить. Дело передать на новое рассмотрение в Арбитражный суд Саратовской области.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