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04.06.2009 по делу № А06-7034/2008 Арбитражного суда Астраханской области отменить. Решение Арбитражного суда Астраханской области от 26.02.2009 по тому же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