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постановление Федерального арбитражного суда Центрального округа от 02.06.2009 по делу № А08-6864/2008-14 Арбитражного суда Белгородской области оставить без изменения. Заявление открытого акционерного общества «Российский сельскохозяйственный банк» в лице Белгородского регионального филиала оставить без удовлетворения. Председательствующий А.А. 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