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Московской области от 30.10.2008 по делу № А41-9696/08, постановление Десятого арбитражного апелляционного суда от 24.12.2008 и постановление Федерального арбитражного суда Московского округа от 25.03.2009 по тому же делу отменить. Производство по указанному делу прекратить.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