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надзорной жалобе администрации муниципального образования «Выборгский район» Ленинградской области по делу 4 № А56-45577/2007 Арбитражного суда города Санкт-Петербурга и Ленинградской области прекратить. Председательствующий А.А. 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