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02.02.2009 по делу № А57-15922/08-221 Арбитражного суда Саратовской области оставить без изменения. Представление заместителя Генерального прокурора Российской Федерации оставить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