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07.04.2008 по делу № А56-1636/2008, постановление Тринадцатого арбитражного апелляционного суда от 28.08.2008 и постановление Федерального арбитражного суда Северо- Западного округа от 28.11.2008 по тому же делу оставить без изменения, а заявление судебного пристава-исполнителя Гатчинского отдела Управления Федеральной службы судебных приставов по Ленинградской области Кудлая В.Я. – без удовлетворения.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