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23.10.2008 по делу № А49-3418-2007-151-9-ГК Арбитражного суда Пензенской области оставить без изменения. Заявление общества с ограниченной ответственностью «Росгосстрах-Поволжье»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