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Калужской области от 09.10.2008 по делу № А23-1671/08А-12-77 отменить. Производство по указанному делу прекратить. Председательствующий А.А.Иванов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