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11.07.2008 по делу № А06-3570/2008-23 и постановление Федерального арбитражного суда Поволжского округа от 18.09.2008 по тому же делу отменить. В удовлетворении заявления общества с ограниченной ответственностью "Производственно-коммерческая фирма "АРК-Плюс" о признании незаконным и отмене постановления Управления Федеральной миграционной службы по Астраханской области от 04.06.2008 № 0028835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