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30.10.2008 по делу № А68-5254/07-292/8 Арбитражного суда Тульской области отменить. Решение Арбитражного суда Тульской области от 05.06.2008 по указанному делу оставить без изменения. Председательствующий Е.Ю. Валявина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