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 Кавказского округа от 03.07.2008 по делу № А01-Б-221/2008-1 Арбитражного суда Республики Адыгея отменить. Определение Арбитражного суда Республики Адыгея от 14.02.2008 и постановление Пятнадцатого арбитражного апелляционного суда от 24.04.2008 по данному делу оставить без изменения. Председательствующий А.А.Иванов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