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26.02.2008 по делу № А51-15643/06 29-557/31 Арбитражного суда Приморского края оставить без изменения, заявления Территориального управления Федерального агентства по управлению федеральным имуществом по Приморскому краю и Центрального банка Российской Федерации – без удовлетворения. Председательствующий А.А.Иванов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