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«Тамбовский бекон»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"НПК" АГРО ГРУПП" (подробнее) Ответчики: ООО Тамбовский бекон (подробнее) Иные лица: ООО "Русагро-Тамбов"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