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«Электрокабель» Кольчугинский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"ЭЛЕКТРОКАБЕЛЬ" КОЛЬЧУГИНСКИЙ ЗАВОД" (подробнее) Ответчики: АО "Страховая компания "ПАРИ" (подробнее) Иные лица: АО "РОССИЙСКОЕ АГЕНТСТВО ПО СТРАХОВАНИЮ ЭКСПОРТНЫХ КРЕДИТОВ И ИНВЕСТИЦИЙ"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