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Республики Алтай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"Ермак" (подробнее) Ответчики: Казенное учреждение Республики Алтай "Республиканское управление автомобильных дорог общего пользования "Горно-Алтайавтодор" (подробнее) МИНИСТЕРСТВО ЭКОНОМИЧЕСКОГО РАЗВИТИЯ РЕСПУБЛИКИ АЛТАЙ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