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Судебного департамента в Камчатском крае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Судебного департамента в Камчатском крае (подробнее) Ответчики: Управление Федеральной налоговой службы по Камчатскому краю (подробнее) Иные лица: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