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«Продукт 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"Продукт Юг" (подробнее) Ответчики: Министерство доходов и сборов Донецкой Народной Республики (подробнее) Министерство финансов Донецкой Народной Республики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