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«ЭН+ Торговый дом»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"ТОРГОВЫЙ ДОМ "ЕВРОСИБЭНЕРГО" (подробнее) Ответчики: АО "РОТЕК"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