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«Ягуар»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Ягуар (подробнее) Ответчики: ООО "Спектрол-Нева"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