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Абраровой Лине Ульфировне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