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Межрегиональному управлению Федеральной антимонопольной службы по Республике Крым и городу Севастополю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