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«Спутник»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"Специализированный застройщик "Спутник" (подробнее) Ответчики: УФНС России по Республике Тыва (подробнее) Судьи дела: Якимов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