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«Транснефть – Прикамье»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