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«Информационные телекоммуникационные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обороны Российской Федерации (подробнее) Ответчики: ПАО "Информационные телекоммуникационные технологии"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