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«Аква Вита»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"Аква-Вита" (подробнее) Ответчики: ПАО "Сбербанк России"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