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 Сахалинской области и администрации Анивского муниципального округа Сахалинской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