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судом округа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Московской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