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и дополнений к ней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«Эксклюзив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