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ПАО БАНК "ДОНХЛЕББАНК" (подробнее) Иные лица: к/у Безбородов Кирилл Юрьевич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