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Шахты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Шахты (подробнее) Ответчики: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