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"Ксеньевский прииск" (подробнее) ООО "Прогресс"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