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Магаданской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Первый заместитель прокурора Магаданской области (подробнее) Ответчики: Управление Федеральной антимонопольной службы по Магаданской области (подробнее) Иные лица: "Город Магадан" в лице Мэрии города Магадана (подробнее) Прокуратура Магаданской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